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8AAE7" w14:textId="41AD89A0" w:rsidR="006B547A" w:rsidRDefault="00A82FD1">
      <w:pPr>
        <w:jc w:val="center"/>
        <w:rPr>
          <w:b/>
          <w:sz w:val="32"/>
        </w:rPr>
      </w:pPr>
      <w:r w:rsidRPr="00A82FD1">
        <w:rPr>
          <w:b/>
          <w:sz w:val="32"/>
        </w:rPr>
        <w:drawing>
          <wp:anchor distT="0" distB="0" distL="114300" distR="114300" simplePos="0" relativeHeight="251657216" behindDoc="1" locked="0" layoutInCell="1" allowOverlap="1" wp14:anchorId="41E09E66" wp14:editId="70BE0E8F">
            <wp:simplePos x="0" y="0"/>
            <wp:positionH relativeFrom="column">
              <wp:posOffset>-1038225</wp:posOffset>
            </wp:positionH>
            <wp:positionV relativeFrom="paragraph">
              <wp:posOffset>-28575</wp:posOffset>
            </wp:positionV>
            <wp:extent cx="7573505" cy="1381125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97" r="2273"/>
                    <a:stretch/>
                  </pic:blipFill>
                  <pic:spPr bwMode="auto">
                    <a:xfrm>
                      <a:off x="0" y="0"/>
                      <a:ext cx="7573505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C52AE9" w14:textId="6017E9B3" w:rsidR="00A82FD1" w:rsidRDefault="00A82FD1">
      <w:pPr>
        <w:jc w:val="center"/>
        <w:rPr>
          <w:b/>
          <w:sz w:val="32"/>
        </w:rPr>
      </w:pPr>
    </w:p>
    <w:p w14:paraId="6442A42E" w14:textId="3F377756" w:rsidR="00A82FD1" w:rsidRDefault="00A82FD1">
      <w:pPr>
        <w:jc w:val="center"/>
        <w:rPr>
          <w:b/>
          <w:sz w:val="32"/>
        </w:rPr>
      </w:pPr>
    </w:p>
    <w:p w14:paraId="6D813AF4" w14:textId="46416DB6" w:rsidR="00DC5130" w:rsidRDefault="00A82FD1" w:rsidP="00A82FD1">
      <w:pPr>
        <w:jc w:val="center"/>
      </w:pPr>
      <w:r>
        <w:rPr>
          <w:b/>
          <w:sz w:val="32"/>
        </w:rPr>
        <w:br/>
      </w:r>
      <w:r w:rsidR="006B547A">
        <w:rPr>
          <w:b/>
          <w:sz w:val="32"/>
        </w:rPr>
        <w:t>FORMULIR PERMOHONAN INFORMASI PUBLIK</w:t>
      </w:r>
    </w:p>
    <w:p w14:paraId="11BF9715" w14:textId="5164A2AC" w:rsidR="00DC5130" w:rsidRDefault="006B547A">
      <w:pPr>
        <w:jc w:val="center"/>
      </w:pPr>
      <w:proofErr w:type="spellStart"/>
      <w:r>
        <w:t>Silakan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formulir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untuk mengajukan permohonan informasi publik.</w:t>
      </w:r>
    </w:p>
    <w:p w14:paraId="7E13BE97" w14:textId="7C1311D0" w:rsidR="00DC5130" w:rsidRDefault="00DC5130"/>
    <w:p w14:paraId="5683AF60" w14:textId="4033A894" w:rsidR="00DC5130" w:rsidRDefault="006B547A">
      <w:r>
        <w:rPr>
          <w:b/>
        </w:rPr>
        <w:t xml:space="preserve">Nama Lengkap </w:t>
      </w:r>
      <w:r w:rsidR="00A82FD1">
        <w:rPr>
          <w:b/>
        </w:rPr>
        <w:tab/>
      </w:r>
      <w:r w:rsidR="00A82FD1">
        <w:rPr>
          <w:b/>
        </w:rPr>
        <w:tab/>
      </w:r>
      <w:r w:rsidR="00A82FD1">
        <w:rPr>
          <w:b/>
        </w:rPr>
        <w:tab/>
      </w:r>
      <w:r>
        <w:rPr>
          <w:b/>
        </w:rPr>
        <w:t xml:space="preserve">: </w:t>
      </w:r>
    </w:p>
    <w:p w14:paraId="14EBCDEB" w14:textId="7427C6F6" w:rsidR="00DC5130" w:rsidRDefault="006B547A">
      <w:r>
        <w:rPr>
          <w:b/>
        </w:rPr>
        <w:t xml:space="preserve">NIK / </w:t>
      </w:r>
      <w:proofErr w:type="spellStart"/>
      <w:r>
        <w:rPr>
          <w:b/>
        </w:rPr>
        <w:t>Identitas</w:t>
      </w:r>
      <w:proofErr w:type="spellEnd"/>
      <w:r>
        <w:rPr>
          <w:b/>
        </w:rPr>
        <w:t xml:space="preserve"> </w:t>
      </w:r>
      <w:r w:rsidR="00A82FD1">
        <w:rPr>
          <w:b/>
        </w:rPr>
        <w:tab/>
      </w:r>
      <w:r w:rsidR="00A82FD1">
        <w:rPr>
          <w:b/>
        </w:rPr>
        <w:tab/>
      </w:r>
      <w:r w:rsidR="00A82FD1">
        <w:rPr>
          <w:b/>
        </w:rPr>
        <w:tab/>
      </w:r>
      <w:r>
        <w:rPr>
          <w:b/>
        </w:rPr>
        <w:t xml:space="preserve">: </w:t>
      </w:r>
    </w:p>
    <w:p w14:paraId="35477442" w14:textId="0AC1F532" w:rsidR="00DC5130" w:rsidRDefault="006B547A">
      <w:r>
        <w:rPr>
          <w:b/>
        </w:rPr>
        <w:t xml:space="preserve">Alamat </w:t>
      </w:r>
      <w:r w:rsidR="00A82FD1">
        <w:rPr>
          <w:b/>
        </w:rPr>
        <w:tab/>
      </w:r>
      <w:r w:rsidR="00A82FD1">
        <w:rPr>
          <w:b/>
        </w:rPr>
        <w:tab/>
      </w:r>
      <w:r w:rsidR="00A82FD1">
        <w:rPr>
          <w:b/>
        </w:rPr>
        <w:tab/>
      </w:r>
      <w:r w:rsidR="00A82FD1">
        <w:rPr>
          <w:b/>
        </w:rPr>
        <w:tab/>
      </w:r>
      <w:r>
        <w:rPr>
          <w:b/>
        </w:rPr>
        <w:t>:</w:t>
      </w:r>
    </w:p>
    <w:p w14:paraId="1143D12F" w14:textId="4DE847EB" w:rsidR="00DC5130" w:rsidRDefault="006B547A">
      <w:r>
        <w:rPr>
          <w:b/>
        </w:rPr>
        <w:t xml:space="preserve">Nomor Telepon / WhatsApp </w:t>
      </w:r>
      <w:r w:rsidR="00A82FD1">
        <w:rPr>
          <w:b/>
        </w:rPr>
        <w:tab/>
      </w:r>
      <w:r>
        <w:rPr>
          <w:b/>
        </w:rPr>
        <w:t xml:space="preserve">: </w:t>
      </w:r>
    </w:p>
    <w:p w14:paraId="71BCBD4E" w14:textId="636D8043" w:rsidR="00DC5130" w:rsidRDefault="006B547A">
      <w:r>
        <w:rPr>
          <w:b/>
        </w:rPr>
        <w:t xml:space="preserve">Email </w:t>
      </w:r>
      <w:r w:rsidR="00A82FD1">
        <w:rPr>
          <w:b/>
        </w:rPr>
        <w:tab/>
      </w:r>
      <w:r w:rsidR="00A82FD1">
        <w:rPr>
          <w:b/>
        </w:rPr>
        <w:tab/>
      </w:r>
      <w:r w:rsidR="00A82FD1">
        <w:rPr>
          <w:b/>
        </w:rPr>
        <w:tab/>
      </w:r>
      <w:r w:rsidR="00A82FD1">
        <w:rPr>
          <w:b/>
        </w:rPr>
        <w:tab/>
      </w:r>
      <w:r w:rsidR="00A82FD1">
        <w:rPr>
          <w:b/>
        </w:rPr>
        <w:tab/>
      </w:r>
      <w:r>
        <w:rPr>
          <w:b/>
        </w:rPr>
        <w:t xml:space="preserve">: </w:t>
      </w:r>
    </w:p>
    <w:p w14:paraId="70B7533E" w14:textId="55DFEC26" w:rsidR="00DC5130" w:rsidRDefault="006B547A">
      <w:proofErr w:type="spellStart"/>
      <w:r>
        <w:rPr>
          <w:b/>
        </w:rPr>
        <w:t>Informasi</w:t>
      </w:r>
      <w:proofErr w:type="spellEnd"/>
      <w:r>
        <w:rPr>
          <w:b/>
        </w:rPr>
        <w:t xml:space="preserve"> yang </w:t>
      </w:r>
      <w:proofErr w:type="spellStart"/>
      <w:r>
        <w:rPr>
          <w:b/>
        </w:rPr>
        <w:t>Dimohon</w:t>
      </w:r>
      <w:proofErr w:type="spellEnd"/>
      <w:r w:rsidR="00A82FD1">
        <w:rPr>
          <w:b/>
        </w:rPr>
        <w:tab/>
      </w:r>
      <w:r w:rsidR="00A82FD1">
        <w:rPr>
          <w:b/>
        </w:rPr>
        <w:tab/>
      </w:r>
      <w:r>
        <w:rPr>
          <w:b/>
        </w:rPr>
        <w:t xml:space="preserve">: </w:t>
      </w:r>
    </w:p>
    <w:p w14:paraId="44015FBE" w14:textId="0A7345C6" w:rsidR="00DC5130" w:rsidRDefault="006B547A">
      <w:r>
        <w:rPr>
          <w:b/>
        </w:rPr>
        <w:t xml:space="preserve">Tujuan Penggunaan Informasi </w:t>
      </w:r>
      <w:r w:rsidR="00A82FD1">
        <w:rPr>
          <w:b/>
        </w:rPr>
        <w:tab/>
      </w:r>
      <w:r>
        <w:rPr>
          <w:b/>
        </w:rPr>
        <w:t xml:space="preserve">: </w:t>
      </w:r>
    </w:p>
    <w:p w14:paraId="03C2DD5C" w14:textId="034879DA" w:rsidR="00DC5130" w:rsidRDefault="006B547A">
      <w:r>
        <w:rPr>
          <w:b/>
        </w:rPr>
        <w:t xml:space="preserve">Cara Memperoleh Informasi </w:t>
      </w:r>
      <w:r w:rsidR="00A82FD1">
        <w:rPr>
          <w:b/>
        </w:rPr>
        <w:tab/>
      </w:r>
      <w:r>
        <w:rPr>
          <w:b/>
        </w:rPr>
        <w:t xml:space="preserve">: </w:t>
      </w:r>
    </w:p>
    <w:p w14:paraId="65B2C406" w14:textId="77777777" w:rsidR="00DC5130" w:rsidRDefault="006B547A">
      <w:r>
        <w:br/>
      </w:r>
      <w:r>
        <w:br/>
      </w:r>
    </w:p>
    <w:p w14:paraId="1616FD76" w14:textId="77777777" w:rsidR="00DC5130" w:rsidRDefault="00DC5130"/>
    <w:p w14:paraId="0B066532" w14:textId="77777777" w:rsidR="00DC5130" w:rsidRDefault="006B547A">
      <w:r>
        <w:rPr>
          <w:b/>
        </w:rPr>
        <w:t>Catatan:</w:t>
      </w:r>
      <w:r>
        <w:rPr>
          <w:b/>
        </w:rPr>
        <w:br/>
      </w:r>
      <w:r>
        <w:t>Permohonan informasi publik akan diproses sesuai dengan ketentuan peraturan perundang-undangan yang berlaku. Pastikan data yang diisi benar dan lengkap.</w:t>
      </w:r>
    </w:p>
    <w:p w14:paraId="0F64F407" w14:textId="77777777" w:rsidR="00DC5130" w:rsidRDefault="00DC5130"/>
    <w:p w14:paraId="2EF2613F" w14:textId="77777777" w:rsidR="00DC5130" w:rsidRDefault="006B547A">
      <w:pPr>
        <w:jc w:val="right"/>
      </w:pPr>
      <w:r>
        <w:t>Pemohon,</w:t>
      </w:r>
      <w:r>
        <w:br/>
      </w:r>
      <w:r>
        <w:br/>
      </w:r>
      <w:r>
        <w:br/>
      </w:r>
      <w:r>
        <w:br/>
        <w:t>_____________________</w:t>
      </w:r>
    </w:p>
    <w:sectPr w:rsidR="00DC5130" w:rsidSect="00A82FD1">
      <w:pgSz w:w="12242" w:h="17010" w:code="10000"/>
      <w:pgMar w:top="284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547A"/>
    <w:rsid w:val="00A82FD1"/>
    <w:rsid w:val="00AA1D8D"/>
    <w:rsid w:val="00B47730"/>
    <w:rsid w:val="00CB0664"/>
    <w:rsid w:val="00DC51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6D935"/>
  <w14:defaultImageDpi w14:val="300"/>
  <w15:docId w15:val="{EF50D2BA-44AA-4808-95AD-5876B8CC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1ADBCB-6AF8-40C0-ADB7-0F4A0E34A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2013-12-23T23:15:00Z</dcterms:created>
  <dcterms:modified xsi:type="dcterms:W3CDTF">2026-05-19T02:52:00Z</dcterms:modified>
  <cp:category/>
</cp:coreProperties>
</file>